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FORMULÁŘ PRO UPLATNĚNÍ REKLAMACE</w:t>
      </w:r>
    </w:p>
    <w:p>
      <w:pPr>
        <w:jc w:val="center"/>
      </w:pPr>
      <w:r>
        <w:rPr>
          <w:b/>
        </w:rPr>
        <w:t>Ručně ze snů – Ateliér ruční tvorby</w:t>
      </w:r>
    </w:p>
    <w:p>
      <w:r>
        <w:t>Adresát: Lenka Majerová, IČO 43169384, Zašová 890, 756 51 Zašová, e-mail: runtickytvoreni@gmail.com, telefon: 723 918 678</w:t>
      </w:r>
    </w:p>
    <w:p>
      <w:r>
        <w:t>Tímto uplatňuji reklamaci níže uvedeného zboží a žádám o její vyřízení v souladu s platnými právními předpisy a obchodními podmínkami prodávajícího.</w:t>
      </w:r>
    </w:p>
    <w:p>
      <w:r>
        <w:rPr>
          <w:b/>
        </w:rPr>
        <w:t>Datum uzavření smlouvy / číslo objednávky:</w:t>
      </w:r>
      <w:r>
        <w:br/>
        <w:t>________________________________________________________________________</w:t>
      </w:r>
    </w:p>
    <w:p>
      <w:r>
        <w:rPr>
          <w:b/>
        </w:rPr>
        <w:t>Datum převzetí zboží:</w:t>
      </w:r>
      <w:r>
        <w:br/>
        <w:t>________________________________________________________________________</w:t>
      </w:r>
    </w:p>
    <w:p>
      <w:r>
        <w:rPr>
          <w:b/>
        </w:rPr>
        <w:t>Jméno a příjmení:</w:t>
      </w:r>
      <w:r>
        <w:br/>
        <w:t>________________________________________________________________________</w:t>
      </w:r>
    </w:p>
    <w:p>
      <w:r>
        <w:rPr>
          <w:b/>
        </w:rPr>
        <w:t>Adresa:</w:t>
      </w:r>
      <w:r>
        <w:br/>
        <w:t>________________________________________________________________________</w:t>
      </w:r>
    </w:p>
    <w:p>
      <w:r>
        <w:rPr>
          <w:b/>
        </w:rPr>
        <w:t>E-mail / telefon:</w:t>
      </w:r>
      <w:r>
        <w:br/>
        <w:t>________________________________________________________________________</w:t>
      </w:r>
    </w:p>
    <w:p>
      <w:r>
        <w:rPr>
          <w:b/>
        </w:rPr>
        <w:t>Reklamované zboží:</w:t>
      </w:r>
      <w:r>
        <w:br/>
        <w:t>________________________________________________________________________</w:t>
      </w:r>
    </w:p>
    <w:p>
      <w:r>
        <w:rPr>
          <w:b/>
        </w:rPr>
        <w:t>Popis vady:</w:t>
      </w:r>
      <w:r>
        <w:br/>
        <w:t>________________________________________________________________________</w:t>
      </w:r>
      <w:r>
        <w:br/>
        <w:t>________________________________________________________________________</w:t>
      </w:r>
      <w:r>
        <w:br/>
        <w:t>________________________________________________________________________</w:t>
      </w:r>
    </w:p>
    <w:p>
      <w:r>
        <w:rPr>
          <w:b/>
        </w:rPr>
        <w:t>Požadovaný způsob vyřízení reklamace:</w:t>
      </w:r>
      <w:r>
        <w:br/>
        <w:t>________________________________________________________________________</w:t>
      </w:r>
      <w:r>
        <w:br/>
        <w:t>________________________________________________________________________</w:t>
      </w:r>
    </w:p>
    <w:p>
      <w:r>
        <w:rPr>
          <w:b/>
        </w:rPr>
        <w:t>Fotografie k reklamaci</w:t>
      </w:r>
    </w:p>
    <w:p>
      <w:r>
        <w:t>Pro rychlejší posouzení reklamace doporučujeme přiložit podrobné fotografie, na kterých je reklamovaná vada zřetelně zachycena. Pokud mohlo dojít k poškození během přepravy, doporučujeme přiložit také fotografie obalu a zásilky. Podle povahy vady může prodávající požádat o doplnění dalších fotografií nebo o předání či zaslání výrobku k posouzení. Nepřiložení fotografií samo o sobě nebrání uplatnění reklamace.</w:t>
      </w:r>
    </w:p>
    <w:p>
      <w:r>
        <w:rPr>
          <w:b/>
        </w:rPr>
        <w:t>Datum:</w:t>
      </w:r>
      <w:r>
        <w:br/>
        <w:t>________________________________________________________________________</w:t>
      </w:r>
    </w:p>
    <w:p>
      <w:r>
        <w:rPr>
          <w:b/>
        </w:rPr>
        <w:t>Podpis (pouze při zaslání v listinné podobě):</w:t>
      </w:r>
      <w:r>
        <w:br/>
        <w:t>________________________________________________________________________</w:t>
      </w:r>
    </w:p>
    <w:p>
      <w:pPr>
        <w:jc w:val="center"/>
      </w:pPr>
      <w:r>
        <w:rPr>
          <w:sz w:val="18"/>
        </w:rPr>
        <w:t>rucnezesnu.cz  •  runtickytvoreni@gmail.com  •  723 918 678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