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FORMULÁŘ PRO ODSTOUPENÍ OD SMLOUVY</w:t>
      </w:r>
    </w:p>
    <w:p>
      <w:pPr>
        <w:jc w:val="center"/>
      </w:pPr>
      <w:r>
        <w:rPr>
          <w:b/>
        </w:rPr>
        <w:t>Ručně ze snů – Ateliér ruční tvorby</w:t>
      </w:r>
    </w:p>
    <w:p>
      <w:r>
        <w:t>Adresát: Lenka Majerová, IČO 43169384, Zašová 890, 756 51 Zašová, e-mail: runtickytvoreni@gmail.com</w:t>
      </w:r>
    </w:p>
    <w:p>
      <w:r>
        <w:t>Tímto oznamuji, že odstupuji od kupní smlouvy uzavřené prostřednictvím internetového obchodu rucnezesnu.cz.</w:t>
      </w:r>
    </w:p>
    <w:p>
      <w:r>
        <w:t>Tento formulář použijte pouze v případě, že jste spotřebitel a máte podle právních předpisů právo od smlouvy odstoupit. U zboží vyrobeného podle individuálních požadavků kupujícího nebo přizpůsobeného jeho osobním potřebám může být právo na odstoupení zákonem vyloučeno.</w:t>
      </w:r>
    </w:p>
    <w:p>
      <w:r>
        <w:rPr>
          <w:b/>
        </w:rPr>
        <w:t>Datum uzavření smlouvy / číslo objednávky:</w:t>
      </w:r>
      <w:r>
        <w:br/>
        <w:t>________________________________________________________________________</w:t>
      </w:r>
    </w:p>
    <w:p>
      <w:r>
        <w:rPr>
          <w:b/>
        </w:rPr>
        <w:t>Datum převzetí zboží:</w:t>
      </w:r>
      <w:r>
        <w:br/>
        <w:t>________________________________________________________________________</w:t>
      </w:r>
    </w:p>
    <w:p>
      <w:r>
        <w:rPr>
          <w:b/>
        </w:rPr>
        <w:t>Jméno a příjmení:</w:t>
      </w:r>
      <w:r>
        <w:br/>
        <w:t>________________________________________________________________________</w:t>
      </w:r>
    </w:p>
    <w:p>
      <w:r>
        <w:rPr>
          <w:b/>
        </w:rPr>
        <w:t>Adresa:</w:t>
      </w:r>
      <w:r>
        <w:br/>
        <w:t>________________________________________________________________________</w:t>
      </w:r>
    </w:p>
    <w:p>
      <w:r>
        <w:rPr>
          <w:b/>
        </w:rPr>
        <w:t>E-mail:</w:t>
      </w:r>
      <w:r>
        <w:br/>
        <w:t>________________________________________________________________________</w:t>
      </w:r>
    </w:p>
    <w:p>
      <w:r>
        <w:rPr>
          <w:b/>
        </w:rPr>
        <w:t>Specifikace zboží, kterého se odstoupení týká: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</w:p>
    <w:p>
      <w:r>
        <w:rPr>
          <w:b/>
        </w:rPr>
        <w:t>Způsob vrácení peněžních prostředků, případně číslo bankovního účtu:</w:t>
      </w:r>
      <w:r>
        <w:br/>
        <w:t>________________________________________________________________________</w:t>
      </w:r>
      <w:r>
        <w:br/>
        <w:t>________________________________________________________________________</w:t>
      </w:r>
    </w:p>
    <w:p>
      <w:r>
        <w:rPr>
          <w:b/>
        </w:rPr>
        <w:t>Datum:</w:t>
      </w:r>
      <w:r>
        <w:br/>
        <w:t>________________________________________________________________________</w:t>
      </w:r>
    </w:p>
    <w:p>
      <w:r>
        <w:rPr>
          <w:b/>
        </w:rPr>
        <w:t>Podpis (pouze při zaslání v listinné podobě):</w:t>
      </w:r>
      <w:r>
        <w:br/>
        <w:t>________________________________________________________________________</w:t>
      </w:r>
    </w:p>
    <w:p>
      <w:pPr>
        <w:jc w:val="center"/>
      </w:pPr>
      <w:r>
        <w:rPr>
          <w:sz w:val="18"/>
        </w:rPr>
        <w:t>rucnezesnu.cz  •  runtickytvoreni@gmail.com  •  723 918 678</w:t>
      </w:r>
    </w:p>
    <w:sectPr w:rsidR="00FC693F" w:rsidRPr="0006063C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